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להדליק נר אחד – אומץ של יום-יום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אומץ 'גדול' לאומץ יומיומי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סוגי אומץ שונים בסיפור ובחיים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חיבור בין סמל האור לצעד אמיץ 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שליאור יעשה פרצוף אם תרים 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אחרי השיעור, לבד מול המורה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עלו שבע ידיים, כולל של ליאור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צעד אחד קדימה למרות הפחד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נר נוסף כל יום, כמו בחנוכה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מאיה ועדן גם לא הבינו, אבל אף אחת לא העזה להגיד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המורה אמרה תודה והציעה שיעור חזרה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הדף מדגיש שלדעת לפנות למבוגר זה גם אומץ, לא חולשה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מוסבר בפתיחת השיעור כמשל לצעד הראשון באומץ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הרעיון של 'במקום שאין אנשים השתדל להיות איש'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אנשים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סוגי אומץ ודוגמאות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(לגשת למורה ולהגיד שלא הבנת)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(להודות שטעית למרות הבושה)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(להתעקש על דעה שלא כולם מסכימים איתה)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(לנסות דבר חדש גם בלי להצליח מיד)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(להגיד 'לא, תודה' בנימוס)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לפי סדר - אתגר השבוע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שאלו בשיעור שאלה אחת שבאמת מעניינת אתכם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אמרו 'לא, תודה' למשהו שאתם לא רוצים לעשות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בקשו עזרה ממישהו במשהו שקשה 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נסו משהו חדש גם אם לא תצליחו 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עמדו לצד מישהו שנשאר 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שהתלמיד/ה מתאר/ת צעד קטן וריאלי ומסביר/ה את הקושי האישי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כשמישהו מעז לדבר ראשון, זה נותן אומץ גם לאחרים להצטרף ('שבע ידיים עלו')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גבורה=חריגה/גדולה, אומץ יומיומי=פעולות קטנות כמו לשאול, לבקש, לנסות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הגיונית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הנר הראשון קטן אך הכרחי - כך גם הצעד הראשון באומץ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שוב בהחשכת הכיתה והדלקת נר כדי לחבר לדף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שיתוף בעדינות בלי ללחוץ על תלמידים ביישנים לחשוף רגשות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לב שחלק מהשאלות (מסומנות skip_n) דורשות הבנה מעמיקה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להדליק נר אחד – אומץ של יום-יום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רעיון האומץ היומיומי - לעמוד, לדבר, לנסות - כפי שהוא מופיע בסיפור 'היד שלא עלתה' ובדברי הלל מפרקי אבות.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הפחיד את כותבת היומן בשיעור ההיסטוריה?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שתיענש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שליאור יעשה פרצוף אם תרים 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שהמורה תכעס עליה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שהיא תאחר לשיעור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כותבת היומן בכל זאת פעלה באומץ?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בתוך השיעור מול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אחרי השיעור, לבד מול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בהפסקה מול חברותיה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במבחן 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קרה בסוף הסיפור, בשיעור החזרה?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אף אחד לא 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עלו שבע ידיים, כולל של ליאור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המורה ביטלה את השיעור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היא שאלה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לפי הרעיון הגדול בדף, מה זה אומץ?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היעדר פחד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צעד אחד קדימה למרות הפחד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לעשות דברים מסוכנים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לפחד משום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נרות מדליקים ב'אתגר השבוע' לאורך חמשת הימים הראשונים?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 אחד כל יום באותו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נר נוסף כל יום, כמו בחנוכה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עשרה נרות ביום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נרות באתגר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בכיתה של כותבת היומן היא היתה היחידה שלא הבינה את החומר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כעסה כשכותבת היומן אמרה שהיא לא מבינה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הדף, פנייה למבוגר כשצריך עזרה היא סימן לחולשה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הנר הראשון בחנוכה הוא הקטן ביותר אך בלעדיו אין את השני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 הלל מפרקי אבות עוסקים בלעמוד על שלך גם כשאין מי שתומך בך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אומץ איננו היעדר פחד - הוא __________ אחד קדימה למרות הפחד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כותבת היומן ניגשה למורה __________ השיעור, ולא בתוכו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בפעילות הסיכום כל תלמיד/ה מדביק/ה __________ של נייר על חנוכיית האומץ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לפי פרקי אבות, במקום שאין __________ השתדל להיות אדם שעומד על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יום 3 באתגר השבוע הוא לבקש __________ ממישהו במשהו שקשה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יום 5 באתגר השבוע הוא לעמוד לצד מישהו שנשאר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סוגי אומץ ודוגמאות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אומץ לבקש עזרה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להתעקש על דעה שלא כולם מסכימים איתה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אומץ לומר אמת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להגיד 'לא, תודה' בנימוס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אומץ להיות שונה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לנסות דבר חדש גם בלי להצליח מיד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אומץ לטעות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להודות שטעית למרות הבושה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אומץ יומיומי פשוט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לגשת למורה ולהגיד שלא הבנת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לפי סדר - אתגר השבוע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אמרו 'לא, תודה' למשהו שאתם לא רוצים לעשות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שאלו בשיעור שאלה אחת שבאמת מעניינת אתכם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נסו משהו חדש גם אם לא תצליחו מיד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עמדו לצד מישהו שנשאר לבד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בקשו עזרה ממישהו במשהו שקשה לכם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'נר אומץ' אישי - צעד קטן אחד שדורש מכם אומץ, וכתבו למה דווקא הוא קשה 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לדעתכם הצעד של כותבת היומן עזר גם לחברים אחרים בכיתה, ולא רק לה?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גבורה לאומץ יומיומי?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לצעד אמיץ קטן מחיי היומיום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סמל הנר הראשון בחנוכה קשור לרעיון של אומץ?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להדליק נר אחד – אומץ של יום-יום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