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להדליק נר אחד – אומץ של יום-יום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אומץ 'גדול' לאומץ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אומץ שונים בסיפור ובחיים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סמל האור לצעד אמיץ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שליאור יעשה פרצוף אם תרים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השיעור, לבד מול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מאיה ועדן גם לא הבינו, אבל אף אחת לא העזה להגיד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אמרה תודה והציעה שיעור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מדגיש שלדעת לפנות למבוגר זה גם אומץ, לא חולשה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סוגי אומץ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(לגשת למורה ולהגיד שלא הבנת)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(להודות שטעית למרות הבושה)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(להתעקש על דעה שלא כולם מסכימים 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(לנסות דבר חדש גם בלי להצליח מיד)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- אתגר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 בשיעור שאלה אחת שבאמת מעניינת אתכם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אמרו 'לא, תודה' למשהו שאתם לא רוצים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בקשו עזרה ממישהו במשהו שקשה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נסו משהו חדש גם אם לא תצליחו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מתאר/ת צעד קטן וריאלי ומסביר/ה את הקושי האישי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גבורה=חריגה/גדולה, אומץ יומיומי=פעולות קטנות כמו לשאול, לבקש,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הנר הראשון קטן אך הכרחי - כך גם הצעד הראשון באומץ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שוב בהחשכת הכיתה והדלקת נר כדי לחבר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בעדינות בלי ללחוץ על תלמידים ביישנים לחשוף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שחלק מהשאלות (מסומנות skip_n) דורשות הבנה מעמיקה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להדליק נר אחד – אומץ של יום-יום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רעיון האומץ היומיומי - לעמוד, לדבר, לנסות - כפי שהוא מופיע בסיפור 'היד שלא עלתה' ובדברי הלל מפרקי אבות.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להבה  ·  צעד  ·  אחרי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הפחיד את כותבת היומן בשיעור ההיסטוריה?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שתיענש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שליאור יעשה פרצוף אם תרים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שהמורה תכעס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כותבת היומן בכל זאת פעלה באומץ?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בתוך השיעור מול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אחרי השיעור, לבד מול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בהפסקה מול חברותיה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בכיתה של כותבת היומן היא היתה היחידה שלא הבינה את החומר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כעסה כשכותבת היומן אמרה שהיא לא מבינה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הדף, פנייה למבוגר כשצריך עזרה היא סימן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אומץ איננו היעדר פחד - הוא __________ אחד קדימה למרות הפחד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כותבת היומן ניגשה למורה __________ השיעור, ולא 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בפעילות הסיכום כל תלמיד/ה מדביק/ה __________ של נייר על חנוכיית האומץ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סוגי אומץ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אומץ לבקש עזרה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להתעקש על דעה שלא כולם מסכימים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אומץ לומר 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לנסות דבר חדש גם בלי להצליח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 להיות 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לגשת למורה ולהגיד שלא הבנת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אומץ לטעות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להודות שטעית למרות הבושה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לפי סדר - אתגר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נסו משהו חדש גם אם לא תצליחו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 בשיעור שאלה אחת שבאמת מעניינת אתכם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אמרו 'לא, תודה' למשהו שאתם לא רוצים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בקשו עזרה ממישהו במשהו שקשה 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'נר אומץ' אישי - צעד קטן אחד שדורש מכם אומץ, וכתבו למה דווקא הוא קשה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גבורה לאומץ יומיומי?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לצעד אמיץ קטן מחיי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להדליק נר אחד – אומץ של יום-יום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